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6E10D" w14:textId="77777777" w:rsidR="005D279C" w:rsidRPr="00CF70FD" w:rsidRDefault="00000000">
      <w:pPr>
        <w:jc w:val="center"/>
        <w:rPr>
          <w:lang w:val="es-ES"/>
        </w:rPr>
      </w:pPr>
      <w:r w:rsidRPr="00CF70FD">
        <w:rPr>
          <w:rFonts w:eastAsia="Arial"/>
          <w:b/>
          <w:sz w:val="18"/>
          <w:lang w:val="es-ES"/>
        </w:rPr>
        <w:t>UNIVERSIDAD AUTÓNOMA DE CHILE</w:t>
      </w:r>
      <w:r w:rsidRPr="00CF70FD">
        <w:rPr>
          <w:rFonts w:eastAsia="Arial"/>
          <w:b/>
          <w:sz w:val="18"/>
          <w:lang w:val="es-ES"/>
        </w:rPr>
        <w:br/>
        <w:t>DIRECCIÓN DE INNOVACIÓN Y TRANSFERENCIA</w:t>
      </w:r>
    </w:p>
    <w:p w14:paraId="4A64A80F" w14:textId="77777777" w:rsidR="005D279C" w:rsidRPr="00CF70FD" w:rsidRDefault="00000000">
      <w:pPr>
        <w:jc w:val="center"/>
        <w:rPr>
          <w:lang w:val="es-ES"/>
        </w:rPr>
      </w:pPr>
      <w:r w:rsidRPr="00CF70FD">
        <w:rPr>
          <w:rFonts w:eastAsia="Arial"/>
          <w:b/>
          <w:sz w:val="24"/>
          <w:lang w:val="es-ES"/>
        </w:rPr>
        <w:t>Anexo N°5</w:t>
      </w:r>
    </w:p>
    <w:p w14:paraId="1290165A" w14:textId="77777777" w:rsidR="005D279C" w:rsidRPr="00CF70FD" w:rsidRDefault="00000000">
      <w:pPr>
        <w:jc w:val="center"/>
        <w:rPr>
          <w:lang w:val="es-ES"/>
        </w:rPr>
      </w:pPr>
      <w:r w:rsidRPr="00CF70FD">
        <w:rPr>
          <w:rFonts w:eastAsia="Arial"/>
          <w:b/>
          <w:sz w:val="24"/>
          <w:lang w:val="es-ES"/>
        </w:rPr>
        <w:t>MANIFESTACIÓN DE INTERÉS DE EMPRESA Y/O INSTITUCIÓN PÚBLICA</w:t>
      </w:r>
    </w:p>
    <w:p w14:paraId="359FEDF1" w14:textId="72FAFDA0" w:rsidR="005D279C" w:rsidRPr="00CF70FD" w:rsidRDefault="00000000" w:rsidP="00CF70FD">
      <w:pPr>
        <w:jc w:val="center"/>
        <w:rPr>
          <w:lang w:val="es-ES"/>
        </w:rPr>
      </w:pPr>
      <w:r w:rsidRPr="00CF70FD">
        <w:rPr>
          <w:rFonts w:eastAsia="Arial"/>
          <w:b/>
          <w:sz w:val="24"/>
          <w:lang w:val="es-ES"/>
        </w:rPr>
        <w:t>4° C</w:t>
      </w:r>
      <w:r w:rsidR="00CF70FD" w:rsidRPr="00CF70FD">
        <w:rPr>
          <w:rFonts w:eastAsia="Arial"/>
          <w:b/>
          <w:sz w:val="24"/>
          <w:lang w:val="es-ES"/>
        </w:rPr>
        <w:t xml:space="preserve">oncurso </w:t>
      </w:r>
      <w:r w:rsidRPr="00CF70FD">
        <w:rPr>
          <w:rFonts w:eastAsia="Arial"/>
          <w:b/>
          <w:sz w:val="24"/>
          <w:lang w:val="es-ES"/>
        </w:rPr>
        <w:t>Valida tu Invención +</w:t>
      </w:r>
      <w:proofErr w:type="spellStart"/>
      <w:r w:rsidRPr="00CF70FD">
        <w:rPr>
          <w:rFonts w:eastAsia="Arial"/>
          <w:b/>
          <w:sz w:val="24"/>
          <w:lang w:val="es-ES"/>
        </w:rPr>
        <w:t>UAutónoma</w:t>
      </w:r>
      <w:proofErr w:type="spellEnd"/>
      <w:r w:rsidRPr="00CF70FD">
        <w:rPr>
          <w:rFonts w:eastAsia="Arial"/>
          <w:b/>
          <w:sz w:val="24"/>
          <w:lang w:val="es-ES"/>
        </w:rPr>
        <w:t xml:space="preserve"> 2026</w:t>
      </w:r>
    </w:p>
    <w:p w14:paraId="5377F471" w14:textId="77777777" w:rsidR="005D279C" w:rsidRPr="00CF70FD" w:rsidRDefault="00000000">
      <w:pPr>
        <w:jc w:val="right"/>
        <w:rPr>
          <w:lang w:val="es-ES"/>
        </w:rPr>
      </w:pPr>
      <w:r w:rsidRPr="00CF70FD">
        <w:rPr>
          <w:rFonts w:eastAsia="Arial"/>
          <w:lang w:val="es-ES"/>
        </w:rPr>
        <w:t>ciudad, ___ de ____________________, 2026</w:t>
      </w:r>
    </w:p>
    <w:p w14:paraId="3BE96E3D" w14:textId="77777777" w:rsidR="005D279C" w:rsidRPr="00CF70FD" w:rsidRDefault="005D279C">
      <w:pPr>
        <w:rPr>
          <w:lang w:val="es-ES"/>
        </w:rPr>
      </w:pPr>
    </w:p>
    <w:p w14:paraId="0536F62D" w14:textId="77777777" w:rsidR="005D279C" w:rsidRPr="00CF70FD" w:rsidRDefault="00000000">
      <w:pPr>
        <w:jc w:val="both"/>
        <w:rPr>
          <w:lang w:val="es-ES"/>
        </w:rPr>
      </w:pPr>
      <w:r w:rsidRPr="00CF70FD">
        <w:rPr>
          <w:rFonts w:eastAsia="Arial"/>
          <w:lang w:val="es-ES"/>
        </w:rPr>
        <w:t>Yo ___________________________________________, en representación de la entidad ___________________________________________, RUT ______________________, en mi calidad de ___________________________________________, manifiesto interés en conocer, validar y/o explorar la aplicación de la tecnología o proyecto denominado ___________________________________________, presentado por el/la académico(a) ___________________________________________, en el marco del 4° Concurso Valida tu Invención +</w:t>
      </w:r>
      <w:proofErr w:type="spellStart"/>
      <w:r w:rsidRPr="00CF70FD">
        <w:rPr>
          <w:rFonts w:eastAsia="Arial"/>
          <w:lang w:val="es-ES"/>
        </w:rPr>
        <w:t>UAutónoma</w:t>
      </w:r>
      <w:proofErr w:type="spellEnd"/>
      <w:r w:rsidRPr="00CF70FD">
        <w:rPr>
          <w:rFonts w:eastAsia="Arial"/>
          <w:lang w:val="es-ES"/>
        </w:rPr>
        <w:t xml:space="preserve"> 2026.</w:t>
      </w:r>
    </w:p>
    <w:p w14:paraId="288ED1EC" w14:textId="77777777" w:rsidR="005D279C" w:rsidRPr="00CF70FD" w:rsidRDefault="00000000">
      <w:pPr>
        <w:jc w:val="both"/>
        <w:rPr>
          <w:lang w:val="es-ES"/>
        </w:rPr>
      </w:pPr>
      <w:r w:rsidRPr="00CF70FD">
        <w:rPr>
          <w:rFonts w:eastAsia="Arial"/>
          <w:lang w:val="es-ES"/>
        </w:rPr>
        <w:t>La presente manifestación de interés tiene por finalidad respaldar la pertinencia externa de la propuesta y declarar el rol potencial que la entidad podría cumplir durante o después de la ejecución del proyecto, especialmente en actividades de validación en entorno relevante, retroalimentación técnica, pilotaje, acceso a información, uso de resultados, continuidad, adopción o transferencia tecnológica.</w:t>
      </w:r>
    </w:p>
    <w:p w14:paraId="5A85157B" w14:textId="77777777" w:rsidR="005D279C" w:rsidRPr="00CF70FD" w:rsidRDefault="00000000">
      <w:pPr>
        <w:rPr>
          <w:lang w:val="es-ES"/>
        </w:rPr>
      </w:pPr>
      <w:r w:rsidRPr="00CF70FD">
        <w:rPr>
          <w:rFonts w:eastAsia="Arial"/>
          <w:b/>
          <w:lang w:val="es-ES"/>
        </w:rPr>
        <w:t>Antecedentes de la entidad interesada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5D279C" w:rsidRPr="00CF70FD" w14:paraId="09CAA0BA" w14:textId="77777777">
        <w:trPr>
          <w:jc w:val="center"/>
        </w:trPr>
        <w:tc>
          <w:tcPr>
            <w:tcW w:w="4986" w:type="dxa"/>
            <w:shd w:val="clear" w:color="auto" w:fill="D9D9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95E866" w14:textId="77777777" w:rsidR="005D279C" w:rsidRPr="00CF70FD" w:rsidRDefault="00000000">
            <w:pPr>
              <w:rPr>
                <w:lang w:val="es-ES"/>
              </w:rPr>
            </w:pPr>
            <w:r w:rsidRPr="00CF70FD">
              <w:rPr>
                <w:rFonts w:eastAsia="Arial"/>
                <w:b/>
                <w:sz w:val="18"/>
                <w:lang w:val="es-ES"/>
              </w:rPr>
              <w:t>Nombre de la entidad</w:t>
            </w:r>
          </w:p>
        </w:tc>
        <w:tc>
          <w:tcPr>
            <w:tcW w:w="498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016D4B" w14:textId="77777777" w:rsidR="005D279C" w:rsidRPr="00CF70FD" w:rsidRDefault="005D279C">
            <w:pPr>
              <w:rPr>
                <w:lang w:val="es-ES"/>
              </w:rPr>
            </w:pPr>
          </w:p>
        </w:tc>
      </w:tr>
      <w:tr w:rsidR="005D279C" w:rsidRPr="00CF70FD" w14:paraId="66B9A276" w14:textId="77777777">
        <w:trPr>
          <w:jc w:val="center"/>
        </w:trPr>
        <w:tc>
          <w:tcPr>
            <w:tcW w:w="4986" w:type="dxa"/>
            <w:shd w:val="clear" w:color="auto" w:fill="D9D9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84C82D" w14:textId="77777777" w:rsidR="005D279C" w:rsidRPr="00CF70FD" w:rsidRDefault="00000000">
            <w:pPr>
              <w:rPr>
                <w:lang w:val="es-ES"/>
              </w:rPr>
            </w:pPr>
            <w:r w:rsidRPr="00CF70FD">
              <w:rPr>
                <w:rFonts w:eastAsia="Arial"/>
                <w:b/>
                <w:sz w:val="18"/>
                <w:lang w:val="es-ES"/>
              </w:rPr>
              <w:t>RUT de la entidad</w:t>
            </w:r>
          </w:p>
        </w:tc>
        <w:tc>
          <w:tcPr>
            <w:tcW w:w="498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004090" w14:textId="77777777" w:rsidR="005D279C" w:rsidRPr="00CF70FD" w:rsidRDefault="005D279C">
            <w:pPr>
              <w:rPr>
                <w:lang w:val="es-ES"/>
              </w:rPr>
            </w:pPr>
          </w:p>
        </w:tc>
      </w:tr>
      <w:tr w:rsidR="005D279C" w:rsidRPr="00E74969" w14:paraId="43803ACE" w14:textId="77777777">
        <w:trPr>
          <w:jc w:val="center"/>
        </w:trPr>
        <w:tc>
          <w:tcPr>
            <w:tcW w:w="4986" w:type="dxa"/>
            <w:shd w:val="clear" w:color="auto" w:fill="D9D9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9A7403" w14:textId="77777777" w:rsidR="005D279C" w:rsidRPr="00CF70FD" w:rsidRDefault="00000000">
            <w:pPr>
              <w:rPr>
                <w:lang w:val="es-ES"/>
              </w:rPr>
            </w:pPr>
            <w:r w:rsidRPr="00CF70FD">
              <w:rPr>
                <w:rFonts w:eastAsia="Arial"/>
                <w:b/>
                <w:sz w:val="18"/>
                <w:lang w:val="es-ES"/>
              </w:rPr>
              <w:t>Tipo de entidad (empresa / institución pública / otra)</w:t>
            </w:r>
          </w:p>
        </w:tc>
        <w:tc>
          <w:tcPr>
            <w:tcW w:w="498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618D8E" w14:textId="77777777" w:rsidR="005D279C" w:rsidRPr="00CF70FD" w:rsidRDefault="005D279C">
            <w:pPr>
              <w:rPr>
                <w:lang w:val="es-ES"/>
              </w:rPr>
            </w:pPr>
          </w:p>
        </w:tc>
      </w:tr>
      <w:tr w:rsidR="005D279C" w:rsidRPr="00CF70FD" w14:paraId="225EF22A" w14:textId="77777777">
        <w:trPr>
          <w:jc w:val="center"/>
        </w:trPr>
        <w:tc>
          <w:tcPr>
            <w:tcW w:w="4986" w:type="dxa"/>
            <w:shd w:val="clear" w:color="auto" w:fill="D9D9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5CCFD9" w14:textId="77777777" w:rsidR="005D279C" w:rsidRPr="00CF70FD" w:rsidRDefault="00000000">
            <w:pPr>
              <w:rPr>
                <w:lang w:val="es-ES"/>
              </w:rPr>
            </w:pPr>
            <w:r w:rsidRPr="00CF70FD">
              <w:rPr>
                <w:rFonts w:eastAsia="Arial"/>
                <w:b/>
                <w:sz w:val="18"/>
                <w:lang w:val="es-ES"/>
              </w:rPr>
              <w:t>Nombre del representante</w:t>
            </w:r>
          </w:p>
        </w:tc>
        <w:tc>
          <w:tcPr>
            <w:tcW w:w="498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9E7798" w14:textId="77777777" w:rsidR="005D279C" w:rsidRPr="00CF70FD" w:rsidRDefault="005D279C">
            <w:pPr>
              <w:rPr>
                <w:lang w:val="es-ES"/>
              </w:rPr>
            </w:pPr>
          </w:p>
        </w:tc>
      </w:tr>
      <w:tr w:rsidR="005D279C" w:rsidRPr="00CF70FD" w14:paraId="7F40ABB5" w14:textId="77777777">
        <w:trPr>
          <w:jc w:val="center"/>
        </w:trPr>
        <w:tc>
          <w:tcPr>
            <w:tcW w:w="4986" w:type="dxa"/>
            <w:shd w:val="clear" w:color="auto" w:fill="D9D9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7CF6F9" w14:textId="77777777" w:rsidR="005D279C" w:rsidRPr="00CF70FD" w:rsidRDefault="00000000">
            <w:pPr>
              <w:rPr>
                <w:lang w:val="es-ES"/>
              </w:rPr>
            </w:pPr>
            <w:r w:rsidRPr="00CF70FD">
              <w:rPr>
                <w:rFonts w:eastAsia="Arial"/>
                <w:b/>
                <w:sz w:val="18"/>
                <w:lang w:val="es-ES"/>
              </w:rPr>
              <w:t>Cargo</w:t>
            </w:r>
          </w:p>
        </w:tc>
        <w:tc>
          <w:tcPr>
            <w:tcW w:w="498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1B6D65" w14:textId="77777777" w:rsidR="005D279C" w:rsidRPr="00CF70FD" w:rsidRDefault="005D279C">
            <w:pPr>
              <w:rPr>
                <w:lang w:val="es-ES"/>
              </w:rPr>
            </w:pPr>
          </w:p>
        </w:tc>
      </w:tr>
      <w:tr w:rsidR="005D279C" w:rsidRPr="00CF70FD" w14:paraId="3697235A" w14:textId="77777777">
        <w:trPr>
          <w:jc w:val="center"/>
        </w:trPr>
        <w:tc>
          <w:tcPr>
            <w:tcW w:w="4986" w:type="dxa"/>
            <w:shd w:val="clear" w:color="auto" w:fill="D9D9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082DCC" w14:textId="77777777" w:rsidR="005D279C" w:rsidRPr="00CF70FD" w:rsidRDefault="00000000">
            <w:pPr>
              <w:rPr>
                <w:lang w:val="es-ES"/>
              </w:rPr>
            </w:pPr>
            <w:r w:rsidRPr="00CF70FD">
              <w:rPr>
                <w:rFonts w:eastAsia="Arial"/>
                <w:b/>
                <w:sz w:val="18"/>
                <w:lang w:val="es-ES"/>
              </w:rPr>
              <w:t>Correo electrónico</w:t>
            </w:r>
          </w:p>
        </w:tc>
        <w:tc>
          <w:tcPr>
            <w:tcW w:w="498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D1CC4B" w14:textId="77777777" w:rsidR="005D279C" w:rsidRPr="00CF70FD" w:rsidRDefault="005D279C">
            <w:pPr>
              <w:rPr>
                <w:lang w:val="es-ES"/>
              </w:rPr>
            </w:pPr>
          </w:p>
        </w:tc>
      </w:tr>
      <w:tr w:rsidR="005D279C" w:rsidRPr="00CF70FD" w14:paraId="7592A072" w14:textId="77777777">
        <w:trPr>
          <w:jc w:val="center"/>
        </w:trPr>
        <w:tc>
          <w:tcPr>
            <w:tcW w:w="4986" w:type="dxa"/>
            <w:shd w:val="clear" w:color="auto" w:fill="D9D9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33FFD2" w14:textId="77777777" w:rsidR="005D279C" w:rsidRPr="00CF70FD" w:rsidRDefault="00000000">
            <w:pPr>
              <w:rPr>
                <w:lang w:val="es-ES"/>
              </w:rPr>
            </w:pPr>
            <w:r w:rsidRPr="00CF70FD">
              <w:rPr>
                <w:rFonts w:eastAsia="Arial"/>
                <w:b/>
                <w:sz w:val="18"/>
                <w:lang w:val="es-ES"/>
              </w:rPr>
              <w:t>Teléfono</w:t>
            </w:r>
          </w:p>
        </w:tc>
        <w:tc>
          <w:tcPr>
            <w:tcW w:w="498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EA0A1B" w14:textId="77777777" w:rsidR="005D279C" w:rsidRPr="00CF70FD" w:rsidRDefault="005D279C">
            <w:pPr>
              <w:rPr>
                <w:lang w:val="es-ES"/>
              </w:rPr>
            </w:pPr>
          </w:p>
        </w:tc>
      </w:tr>
    </w:tbl>
    <w:p w14:paraId="5C16D0FD" w14:textId="77777777" w:rsidR="005D279C" w:rsidRPr="00CF70FD" w:rsidRDefault="005D279C">
      <w:pPr>
        <w:rPr>
          <w:lang w:val="es-ES"/>
        </w:rPr>
      </w:pPr>
    </w:p>
    <w:p w14:paraId="725C5698" w14:textId="77777777" w:rsidR="005D279C" w:rsidRPr="00CF70FD" w:rsidRDefault="005D279C">
      <w:pPr>
        <w:rPr>
          <w:lang w:val="es-ES"/>
        </w:rPr>
      </w:pPr>
    </w:p>
    <w:p w14:paraId="5B72F982" w14:textId="77777777" w:rsidR="005D279C" w:rsidRPr="00CF70FD" w:rsidRDefault="00000000">
      <w:pPr>
        <w:jc w:val="center"/>
        <w:rPr>
          <w:lang w:val="es-ES"/>
        </w:rPr>
      </w:pPr>
      <w:r w:rsidRPr="00CF70FD">
        <w:rPr>
          <w:rFonts w:eastAsia="Arial"/>
          <w:lang w:val="es-ES"/>
        </w:rPr>
        <w:t>___________________________________________</w:t>
      </w:r>
    </w:p>
    <w:p w14:paraId="37FCC60E" w14:textId="66802850" w:rsidR="005D279C" w:rsidRPr="00CF70FD" w:rsidRDefault="00000000" w:rsidP="00E74969">
      <w:pPr>
        <w:jc w:val="center"/>
        <w:rPr>
          <w:lang w:val="es-ES"/>
        </w:rPr>
      </w:pPr>
      <w:r w:rsidRPr="00CF70FD">
        <w:rPr>
          <w:rFonts w:eastAsia="Arial"/>
          <w:lang w:val="es-ES"/>
        </w:rPr>
        <w:t>Nombre, cargo y firma representante entidad interesada</w:t>
      </w:r>
    </w:p>
    <w:sectPr w:rsidR="005D279C" w:rsidRPr="00CF70FD" w:rsidSect="00034616">
      <w:headerReference w:type="default" r:id="rId8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5DC1F" w14:textId="77777777" w:rsidR="00EB4894" w:rsidRDefault="00EB4894" w:rsidP="00E74969">
      <w:pPr>
        <w:spacing w:after="0" w:line="240" w:lineRule="auto"/>
      </w:pPr>
      <w:r>
        <w:separator/>
      </w:r>
    </w:p>
  </w:endnote>
  <w:endnote w:type="continuationSeparator" w:id="0">
    <w:p w14:paraId="6A59AF01" w14:textId="77777777" w:rsidR="00EB4894" w:rsidRDefault="00EB4894" w:rsidP="00E74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8CBBB" w14:textId="77777777" w:rsidR="00EB4894" w:rsidRDefault="00EB4894" w:rsidP="00E74969">
      <w:pPr>
        <w:spacing w:after="0" w:line="240" w:lineRule="auto"/>
      </w:pPr>
      <w:r>
        <w:separator/>
      </w:r>
    </w:p>
  </w:footnote>
  <w:footnote w:type="continuationSeparator" w:id="0">
    <w:p w14:paraId="16DC93C5" w14:textId="77777777" w:rsidR="00EB4894" w:rsidRDefault="00EB4894" w:rsidP="00E74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77902" w14:textId="070B7293" w:rsidR="00E74969" w:rsidRDefault="00E74969" w:rsidP="00E74969">
    <w:pPr>
      <w:pStyle w:val="Encabezado"/>
      <w:tabs>
        <w:tab w:val="clear" w:pos="4680"/>
        <w:tab w:val="clear" w:pos="9360"/>
        <w:tab w:val="left" w:pos="8280"/>
      </w:tabs>
    </w:pPr>
    <w:r>
      <w:rPr>
        <w:noProof/>
      </w:rPr>
      <w:drawing>
        <wp:anchor distT="0" distB="0" distL="114300" distR="114300" simplePos="0" relativeHeight="251658752" behindDoc="1" locked="0" layoutInCell="1" hidden="0" allowOverlap="1" wp14:anchorId="4948F0A8" wp14:editId="7D96DF1F">
          <wp:simplePos x="0" y="0"/>
          <wp:positionH relativeFrom="column">
            <wp:posOffset>5242560</wp:posOffset>
          </wp:positionH>
          <wp:positionV relativeFrom="paragraph">
            <wp:posOffset>6350</wp:posOffset>
          </wp:positionV>
          <wp:extent cx="787400" cy="711200"/>
          <wp:effectExtent l="0" t="0" r="0" b="0"/>
          <wp:wrapTight wrapText="bothSides">
            <wp:wrapPolygon edited="0">
              <wp:start x="0" y="0"/>
              <wp:lineTo x="0" y="20829"/>
              <wp:lineTo x="20903" y="20829"/>
              <wp:lineTo x="20903" y="0"/>
              <wp:lineTo x="0" y="0"/>
            </wp:wrapPolygon>
          </wp:wrapTight>
          <wp:docPr id="1840015886" name="image3.png" descr="Agencia Nacional de Investigaci&amp;ooacute;n y Desarroll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Agencia Nacional de Investigaci&amp;ooacute;n y Desarroll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7400" cy="711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E74969">
      <w:drawing>
        <wp:inline distT="0" distB="0" distL="0" distR="0" wp14:anchorId="273C8EFB" wp14:editId="3A8FAF56">
          <wp:extent cx="1060450" cy="835506"/>
          <wp:effectExtent l="0" t="0" r="0" b="3175"/>
          <wp:docPr id="2" name="Imagen 1" descr="Mallas curriculares de carreras - Universidad Autónoma">
            <a:extLst xmlns:a="http://schemas.openxmlformats.org/drawingml/2006/main">
              <a:ext uri="{FF2B5EF4-FFF2-40B4-BE49-F238E27FC236}">
                <a16:creationId xmlns:a16="http://schemas.microsoft.com/office/drawing/2014/main" id="{BA4DC5C0-2979-A251-67B2-4C1D5220C7F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Mallas curriculares de carreras - Universidad Autónoma">
                    <a:extLst>
                      <a:ext uri="{FF2B5EF4-FFF2-40B4-BE49-F238E27FC236}">
                        <a16:creationId xmlns:a16="http://schemas.microsoft.com/office/drawing/2014/main" id="{BA4DC5C0-2979-A251-67B2-4C1D5220C7F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63008" cy="8375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8797493">
    <w:abstractNumId w:val="8"/>
  </w:num>
  <w:num w:numId="2" w16cid:durableId="297757891">
    <w:abstractNumId w:val="6"/>
  </w:num>
  <w:num w:numId="3" w16cid:durableId="1916090527">
    <w:abstractNumId w:val="5"/>
  </w:num>
  <w:num w:numId="4" w16cid:durableId="858927265">
    <w:abstractNumId w:val="4"/>
  </w:num>
  <w:num w:numId="5" w16cid:durableId="2052144124">
    <w:abstractNumId w:val="7"/>
  </w:num>
  <w:num w:numId="6" w16cid:durableId="2054384427">
    <w:abstractNumId w:val="3"/>
  </w:num>
  <w:num w:numId="7" w16cid:durableId="1098255127">
    <w:abstractNumId w:val="2"/>
  </w:num>
  <w:num w:numId="8" w16cid:durableId="1340428417">
    <w:abstractNumId w:val="1"/>
  </w:num>
  <w:num w:numId="9" w16cid:durableId="1753549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D279C"/>
    <w:rsid w:val="009F2FFF"/>
    <w:rsid w:val="00AA1D8D"/>
    <w:rsid w:val="00AC1170"/>
    <w:rsid w:val="00B47730"/>
    <w:rsid w:val="00CB0664"/>
    <w:rsid w:val="00CF70FD"/>
    <w:rsid w:val="00E74969"/>
    <w:rsid w:val="00EB48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AEF74E"/>
  <w14:defaultImageDpi w14:val="300"/>
  <w15:docId w15:val="{82D57570-110E-0F49-8DDC-BD2A1723C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Daniel Alejandro Huenufil</cp:lastModifiedBy>
  <cp:revision>3</cp:revision>
  <dcterms:created xsi:type="dcterms:W3CDTF">2013-12-23T23:15:00Z</dcterms:created>
  <dcterms:modified xsi:type="dcterms:W3CDTF">2026-09-28T12:50:00Z</dcterms:modified>
  <cp:category/>
</cp:coreProperties>
</file>